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448ED" w14:textId="77777777" w:rsidR="00723D29" w:rsidRPr="008F5490" w:rsidRDefault="00815FB0">
      <w:pPr>
        <w:jc w:val="center"/>
        <w:rPr>
          <w:rFonts w:ascii="Century Gothic" w:hAnsi="Century Gothic"/>
          <w:color w:val="7030A0"/>
        </w:rPr>
      </w:pPr>
      <w:r w:rsidRPr="008F5490">
        <w:rPr>
          <w:rFonts w:ascii="Century Gothic" w:hAnsi="Century Gothic"/>
          <w:b/>
          <w:color w:val="7030A0"/>
          <w:sz w:val="32"/>
        </w:rPr>
        <w:t>$50 CAT SPAY/NEUTER REIMBURSEMENT APPLICATION</w:t>
      </w:r>
    </w:p>
    <w:p w14:paraId="141EA748" w14:textId="77777777" w:rsidR="00723D29" w:rsidRPr="008F5490" w:rsidRDefault="00815FB0">
      <w:pPr>
        <w:jc w:val="center"/>
        <w:rPr>
          <w:rFonts w:ascii="Century Gothic" w:hAnsi="Century Gothic"/>
          <w:color w:val="7030A0"/>
        </w:rPr>
      </w:pPr>
      <w:r w:rsidRPr="008F5490">
        <w:rPr>
          <w:rFonts w:ascii="Century Gothic" w:hAnsi="Century Gothic"/>
          <w:b/>
          <w:color w:val="7030A0"/>
          <w:sz w:val="22"/>
        </w:rPr>
        <w:t>Owned Cats &amp; Community Cats</w:t>
      </w:r>
    </w:p>
    <w:p w14:paraId="7704404E" w14:textId="77777777" w:rsidR="00723D29" w:rsidRDefault="00815FB0">
      <w:pPr>
        <w:rPr>
          <w:rFonts w:hint="eastAsia"/>
        </w:rPr>
      </w:pPr>
      <w:r>
        <w:rPr>
          <w:b/>
        </w:rPr>
        <w:t xml:space="preserve">Program purpose: </w:t>
      </w:r>
      <w:r>
        <w:t>To encourage humane population control by reimbursing eligible applicants up to $50 per cat after documentation of a completed spay or neuter procedure. Reimbursement is subject to City approval and available program funds.</w:t>
      </w:r>
    </w:p>
    <w:p w14:paraId="7923F7A7" w14:textId="77777777" w:rsidR="00723D29" w:rsidRPr="008F5490" w:rsidRDefault="00815FB0">
      <w:pPr>
        <w:pStyle w:val="Heading1"/>
        <w:rPr>
          <w:rFonts w:ascii="Century Gothic" w:hAnsi="Century Gothic"/>
          <w:color w:val="E36C0A" w:themeColor="accent6" w:themeShade="BF"/>
        </w:rPr>
      </w:pPr>
      <w:r w:rsidRPr="008F5490">
        <w:rPr>
          <w:rFonts w:ascii="Century Gothic" w:hAnsi="Century Gothic"/>
          <w:color w:val="E36C0A" w:themeColor="accent6" w:themeShade="BF"/>
        </w:rPr>
        <w:t>1. Applicant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96"/>
        <w:gridCol w:w="6984"/>
      </w:tblGrid>
      <w:tr w:rsidR="00723D29" w14:paraId="176C354A" w14:textId="77777777">
        <w:trPr>
          <w:jc w:val="center"/>
        </w:trPr>
        <w:tc>
          <w:tcPr>
            <w:tcW w:w="3096" w:type="dxa"/>
            <w:vAlign w:val="center"/>
          </w:tcPr>
          <w:p w14:paraId="73E0C3AA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Applicant Name</w:t>
            </w:r>
          </w:p>
        </w:tc>
        <w:tc>
          <w:tcPr>
            <w:tcW w:w="6984" w:type="dxa"/>
          </w:tcPr>
          <w:p w14:paraId="10BF56A8" w14:textId="43E6C77B" w:rsidR="00723D29" w:rsidRDefault="00723D29">
            <w:pPr>
              <w:rPr>
                <w:rFonts w:hint="eastAsia"/>
              </w:rPr>
            </w:pPr>
          </w:p>
        </w:tc>
      </w:tr>
      <w:tr w:rsidR="00723D29" w14:paraId="6AE4A1C7" w14:textId="77777777">
        <w:trPr>
          <w:jc w:val="center"/>
        </w:trPr>
        <w:tc>
          <w:tcPr>
            <w:tcW w:w="3096" w:type="dxa"/>
            <w:vAlign w:val="center"/>
          </w:tcPr>
          <w:p w14:paraId="2D450B96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Street Address</w:t>
            </w:r>
          </w:p>
        </w:tc>
        <w:tc>
          <w:tcPr>
            <w:tcW w:w="6984" w:type="dxa"/>
          </w:tcPr>
          <w:p w14:paraId="4CDA39B5" w14:textId="067E0A28" w:rsidR="00723D29" w:rsidRDefault="00723D29">
            <w:pPr>
              <w:rPr>
                <w:rFonts w:hint="eastAsia"/>
              </w:rPr>
            </w:pPr>
          </w:p>
        </w:tc>
      </w:tr>
      <w:tr w:rsidR="00723D29" w14:paraId="685CB1C4" w14:textId="77777777">
        <w:trPr>
          <w:jc w:val="center"/>
        </w:trPr>
        <w:tc>
          <w:tcPr>
            <w:tcW w:w="3096" w:type="dxa"/>
            <w:vAlign w:val="center"/>
          </w:tcPr>
          <w:p w14:paraId="601F4501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Mailing Address</w:t>
            </w:r>
          </w:p>
        </w:tc>
        <w:tc>
          <w:tcPr>
            <w:tcW w:w="6984" w:type="dxa"/>
          </w:tcPr>
          <w:p w14:paraId="2AA71EFE" w14:textId="3F0BA853" w:rsidR="00723D29" w:rsidRDefault="00723D29">
            <w:pPr>
              <w:rPr>
                <w:rFonts w:hint="eastAsia"/>
              </w:rPr>
            </w:pPr>
          </w:p>
        </w:tc>
      </w:tr>
      <w:tr w:rsidR="00723D29" w14:paraId="0EC0120D" w14:textId="77777777">
        <w:trPr>
          <w:jc w:val="center"/>
        </w:trPr>
        <w:tc>
          <w:tcPr>
            <w:tcW w:w="3096" w:type="dxa"/>
            <w:vAlign w:val="center"/>
          </w:tcPr>
          <w:p w14:paraId="471C8E95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Phone</w:t>
            </w:r>
          </w:p>
        </w:tc>
        <w:tc>
          <w:tcPr>
            <w:tcW w:w="6984" w:type="dxa"/>
          </w:tcPr>
          <w:p w14:paraId="2D96D6ED" w14:textId="41C1D27E" w:rsidR="00723D29" w:rsidRDefault="00723D29">
            <w:pPr>
              <w:rPr>
                <w:rFonts w:hint="eastAsia"/>
              </w:rPr>
            </w:pPr>
          </w:p>
        </w:tc>
      </w:tr>
      <w:tr w:rsidR="00723D29" w14:paraId="4937EC99" w14:textId="77777777">
        <w:trPr>
          <w:jc w:val="center"/>
        </w:trPr>
        <w:tc>
          <w:tcPr>
            <w:tcW w:w="3096" w:type="dxa"/>
            <w:vAlign w:val="center"/>
          </w:tcPr>
          <w:p w14:paraId="798128ED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Email</w:t>
            </w:r>
          </w:p>
        </w:tc>
        <w:tc>
          <w:tcPr>
            <w:tcW w:w="6984" w:type="dxa"/>
          </w:tcPr>
          <w:p w14:paraId="6B0C12BE" w14:textId="034CB13D" w:rsidR="00723D29" w:rsidRDefault="00723D29">
            <w:pPr>
              <w:rPr>
                <w:rFonts w:hint="eastAsia"/>
              </w:rPr>
            </w:pPr>
          </w:p>
        </w:tc>
      </w:tr>
    </w:tbl>
    <w:p w14:paraId="017C80E1" w14:textId="77777777" w:rsidR="00723D29" w:rsidRPr="008F5490" w:rsidRDefault="00815FB0">
      <w:pPr>
        <w:pStyle w:val="Heading1"/>
        <w:rPr>
          <w:rFonts w:ascii="Century Gothic" w:hAnsi="Century Gothic"/>
          <w:color w:val="E36C0A" w:themeColor="accent6" w:themeShade="BF"/>
        </w:rPr>
      </w:pPr>
      <w:r w:rsidRPr="008F5490">
        <w:rPr>
          <w:rFonts w:ascii="Century Gothic" w:hAnsi="Century Gothic"/>
          <w:color w:val="E36C0A" w:themeColor="accent6" w:themeShade="BF"/>
        </w:rPr>
        <w:t>2. Cat Classification</w:t>
      </w:r>
    </w:p>
    <w:p w14:paraId="2068DC4E" w14:textId="77777777" w:rsidR="00723D29" w:rsidRDefault="00815FB0">
      <w:pPr>
        <w:rPr>
          <w:rFonts w:hint="eastAsia"/>
        </w:rPr>
      </w:pPr>
      <w:r>
        <w:rPr>
          <w:b/>
        </w:rPr>
        <w:t xml:space="preserve">Select one:  </w:t>
      </w:r>
      <w:r>
        <w:t>☐</w:t>
      </w:r>
      <w:r>
        <w:t xml:space="preserve"> OWNED CAT     ☐ COMMUNITY CAT / TNR</w:t>
      </w:r>
    </w:p>
    <w:p w14:paraId="71D86863" w14:textId="77777777" w:rsidR="00723D29" w:rsidRDefault="00815FB0">
      <w:pPr>
        <w:rPr>
          <w:rFonts w:hint="eastAsia"/>
        </w:rPr>
      </w:pPr>
      <w:r>
        <w:rPr>
          <w:b/>
        </w:rPr>
        <w:t xml:space="preserve">Owned Cat: </w:t>
      </w:r>
      <w:r>
        <w:t>A cat for which the applicant claims ownership or is authorized by the owner to obtain veterinary care.</w:t>
      </w:r>
    </w:p>
    <w:p w14:paraId="16299152" w14:textId="77777777" w:rsidR="00723D29" w:rsidRDefault="00815FB0">
      <w:pPr>
        <w:rPr>
          <w:rFonts w:hint="eastAsia"/>
        </w:rPr>
      </w:pPr>
      <w:r>
        <w:rPr>
          <w:b/>
        </w:rPr>
        <w:t xml:space="preserve">Community Cat: </w:t>
      </w:r>
      <w:r>
        <w:t>An unowned, free-roaming cat participating in humane population management. Applying for reimbursement, trapping, transporting, feeding, monitoring, or assisting with veterinary care does not by itself make the applicant the owner of a community cat.</w:t>
      </w:r>
    </w:p>
    <w:p w14:paraId="53B8AF82" w14:textId="77777777" w:rsidR="00723D29" w:rsidRPr="008F5490" w:rsidRDefault="00815FB0">
      <w:pPr>
        <w:pStyle w:val="Heading1"/>
        <w:rPr>
          <w:rFonts w:ascii="Century Gothic" w:hAnsi="Century Gothic"/>
          <w:color w:val="E36C0A" w:themeColor="accent6" w:themeShade="BF"/>
        </w:rPr>
      </w:pPr>
      <w:r w:rsidRPr="008F5490">
        <w:rPr>
          <w:rFonts w:ascii="Century Gothic" w:hAnsi="Century Gothic"/>
          <w:color w:val="E36C0A" w:themeColor="accent6" w:themeShade="BF"/>
        </w:rPr>
        <w:t>3. Cat &amp; Procedure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96"/>
        <w:gridCol w:w="6984"/>
      </w:tblGrid>
      <w:tr w:rsidR="00723D29" w14:paraId="2AB79D33" w14:textId="77777777">
        <w:trPr>
          <w:jc w:val="center"/>
        </w:trPr>
        <w:tc>
          <w:tcPr>
            <w:tcW w:w="3096" w:type="dxa"/>
            <w:vAlign w:val="center"/>
          </w:tcPr>
          <w:p w14:paraId="6F31FB52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Cat Name (if any)</w:t>
            </w:r>
          </w:p>
        </w:tc>
        <w:tc>
          <w:tcPr>
            <w:tcW w:w="6984" w:type="dxa"/>
          </w:tcPr>
          <w:p w14:paraId="6B83649C" w14:textId="0BE73BC4" w:rsidR="00723D29" w:rsidRDefault="008F5490">
            <w:pPr>
              <w:rPr>
                <w:rFonts w:hint="eastAsia"/>
              </w:rPr>
            </w:pPr>
            <w:r>
              <w:t xml:space="preserve">                                                                           </w:t>
            </w:r>
            <w:r w:rsidR="00815FB0">
              <w:t xml:space="preserve">  ☐ No known name</w:t>
            </w:r>
          </w:p>
        </w:tc>
      </w:tr>
      <w:tr w:rsidR="00723D29" w14:paraId="21C62DCB" w14:textId="77777777">
        <w:trPr>
          <w:jc w:val="center"/>
        </w:trPr>
        <w:tc>
          <w:tcPr>
            <w:tcW w:w="3096" w:type="dxa"/>
            <w:vAlign w:val="center"/>
          </w:tcPr>
          <w:p w14:paraId="61166FFD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Cat Description</w:t>
            </w:r>
          </w:p>
        </w:tc>
        <w:tc>
          <w:tcPr>
            <w:tcW w:w="6984" w:type="dxa"/>
          </w:tcPr>
          <w:p w14:paraId="34D31B2C" w14:textId="594B04E1" w:rsidR="00723D29" w:rsidRDefault="00815FB0">
            <w:pPr>
              <w:rPr>
                <w:rFonts w:hint="eastAsia"/>
              </w:rPr>
            </w:pPr>
            <w:r>
              <w:t xml:space="preserve">Color/markings: </w:t>
            </w:r>
          </w:p>
        </w:tc>
      </w:tr>
      <w:tr w:rsidR="00723D29" w14:paraId="6DE2C437" w14:textId="77777777">
        <w:trPr>
          <w:jc w:val="center"/>
        </w:trPr>
        <w:tc>
          <w:tcPr>
            <w:tcW w:w="3096" w:type="dxa"/>
            <w:vAlign w:val="center"/>
          </w:tcPr>
          <w:p w14:paraId="4AD7912C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Sex</w:t>
            </w:r>
          </w:p>
        </w:tc>
        <w:tc>
          <w:tcPr>
            <w:tcW w:w="6984" w:type="dxa"/>
          </w:tcPr>
          <w:p w14:paraId="4AE92950" w14:textId="77777777" w:rsidR="00723D29" w:rsidRDefault="00815FB0">
            <w:pPr>
              <w:rPr>
                <w:rFonts w:hint="eastAsia"/>
              </w:rPr>
            </w:pPr>
            <w:r>
              <w:t>☐</w:t>
            </w:r>
            <w:r>
              <w:t xml:space="preserve"> Male   ☐ Female   ☐ Unknown before procedure</w:t>
            </w:r>
          </w:p>
        </w:tc>
      </w:tr>
      <w:tr w:rsidR="00723D29" w14:paraId="3FE6057D" w14:textId="77777777">
        <w:trPr>
          <w:jc w:val="center"/>
        </w:trPr>
        <w:tc>
          <w:tcPr>
            <w:tcW w:w="3096" w:type="dxa"/>
            <w:vAlign w:val="center"/>
          </w:tcPr>
          <w:p w14:paraId="2F8E703C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Procedure</w:t>
            </w:r>
          </w:p>
        </w:tc>
        <w:tc>
          <w:tcPr>
            <w:tcW w:w="6984" w:type="dxa"/>
          </w:tcPr>
          <w:p w14:paraId="06748A30" w14:textId="77777777" w:rsidR="00723D29" w:rsidRDefault="00815FB0">
            <w:pPr>
              <w:rPr>
                <w:rFonts w:hint="eastAsia"/>
              </w:rPr>
            </w:pPr>
            <w:r>
              <w:t>☐</w:t>
            </w:r>
            <w:r>
              <w:t xml:space="preserve"> Spay   ☐ Neuter</w:t>
            </w:r>
          </w:p>
        </w:tc>
      </w:tr>
      <w:tr w:rsidR="00723D29" w14:paraId="37463A78" w14:textId="77777777">
        <w:trPr>
          <w:jc w:val="center"/>
        </w:trPr>
        <w:tc>
          <w:tcPr>
            <w:tcW w:w="3096" w:type="dxa"/>
            <w:vAlign w:val="center"/>
          </w:tcPr>
          <w:p w14:paraId="766D7322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Procedure Date</w:t>
            </w:r>
          </w:p>
        </w:tc>
        <w:tc>
          <w:tcPr>
            <w:tcW w:w="6984" w:type="dxa"/>
          </w:tcPr>
          <w:p w14:paraId="5FE6E0AD" w14:textId="3836F775" w:rsidR="00723D29" w:rsidRDefault="00723D29">
            <w:pPr>
              <w:rPr>
                <w:rFonts w:hint="eastAsia"/>
              </w:rPr>
            </w:pPr>
          </w:p>
        </w:tc>
      </w:tr>
      <w:tr w:rsidR="00723D29" w14:paraId="42883291" w14:textId="77777777">
        <w:trPr>
          <w:jc w:val="center"/>
        </w:trPr>
        <w:tc>
          <w:tcPr>
            <w:tcW w:w="3096" w:type="dxa"/>
            <w:vAlign w:val="center"/>
          </w:tcPr>
          <w:p w14:paraId="1C3DDD78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Veterinary Provider / Clinic</w:t>
            </w:r>
          </w:p>
        </w:tc>
        <w:tc>
          <w:tcPr>
            <w:tcW w:w="6984" w:type="dxa"/>
          </w:tcPr>
          <w:p w14:paraId="0C661033" w14:textId="24B2F83D" w:rsidR="00723D29" w:rsidRDefault="00723D29">
            <w:pPr>
              <w:rPr>
                <w:rFonts w:hint="eastAsia"/>
              </w:rPr>
            </w:pPr>
          </w:p>
        </w:tc>
      </w:tr>
      <w:tr w:rsidR="00723D29" w14:paraId="57F1F85C" w14:textId="77777777">
        <w:trPr>
          <w:jc w:val="center"/>
        </w:trPr>
        <w:tc>
          <w:tcPr>
            <w:tcW w:w="3096" w:type="dxa"/>
            <w:vAlign w:val="center"/>
          </w:tcPr>
          <w:p w14:paraId="7E08CDCC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Clinic City / State</w:t>
            </w:r>
          </w:p>
        </w:tc>
        <w:tc>
          <w:tcPr>
            <w:tcW w:w="6984" w:type="dxa"/>
          </w:tcPr>
          <w:p w14:paraId="32CC053E" w14:textId="49752A54" w:rsidR="00723D29" w:rsidRDefault="00723D29">
            <w:pPr>
              <w:rPr>
                <w:rFonts w:hint="eastAsia"/>
              </w:rPr>
            </w:pPr>
          </w:p>
        </w:tc>
      </w:tr>
      <w:tr w:rsidR="00723D29" w14:paraId="312B369A" w14:textId="77777777">
        <w:trPr>
          <w:jc w:val="center"/>
        </w:trPr>
        <w:tc>
          <w:tcPr>
            <w:tcW w:w="3096" w:type="dxa"/>
            <w:vAlign w:val="center"/>
          </w:tcPr>
          <w:p w14:paraId="78D1BD48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Amount Paid</w:t>
            </w:r>
          </w:p>
        </w:tc>
        <w:tc>
          <w:tcPr>
            <w:tcW w:w="6984" w:type="dxa"/>
          </w:tcPr>
          <w:p w14:paraId="21576786" w14:textId="20FB83D9" w:rsidR="00723D29" w:rsidRDefault="00815FB0">
            <w:pPr>
              <w:rPr>
                <w:rFonts w:hint="eastAsia"/>
              </w:rPr>
            </w:pPr>
            <w:r>
              <w:t>$</w:t>
            </w:r>
          </w:p>
        </w:tc>
      </w:tr>
      <w:tr w:rsidR="00723D29" w14:paraId="2DAAE4B6" w14:textId="77777777">
        <w:trPr>
          <w:jc w:val="center"/>
        </w:trPr>
        <w:tc>
          <w:tcPr>
            <w:tcW w:w="3096" w:type="dxa"/>
            <w:vAlign w:val="center"/>
          </w:tcPr>
          <w:p w14:paraId="61DA9141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Requested Reimbursement</w:t>
            </w:r>
          </w:p>
        </w:tc>
        <w:tc>
          <w:tcPr>
            <w:tcW w:w="6984" w:type="dxa"/>
          </w:tcPr>
          <w:p w14:paraId="19034641" w14:textId="61CB74C7" w:rsidR="00723D29" w:rsidRDefault="00815FB0">
            <w:pPr>
              <w:rPr>
                <w:rFonts w:hint="eastAsia"/>
              </w:rPr>
            </w:pPr>
            <w:r>
              <w:t>$</w:t>
            </w:r>
            <w:r w:rsidR="008F5490">
              <w:t xml:space="preserve">                                         </w:t>
            </w:r>
            <w:proofErr w:type="gramStart"/>
            <w:r w:rsidR="008F5490">
              <w:t xml:space="preserve">  </w:t>
            </w:r>
            <w:r>
              <w:t xml:space="preserve"> (</w:t>
            </w:r>
            <w:proofErr w:type="gramEnd"/>
            <w:r>
              <w:t>maximum $50)</w:t>
            </w:r>
          </w:p>
        </w:tc>
      </w:tr>
    </w:tbl>
    <w:p w14:paraId="1014DD55" w14:textId="77777777" w:rsidR="00723D29" w:rsidRPr="008F5490" w:rsidRDefault="00815FB0">
      <w:pPr>
        <w:pStyle w:val="Heading1"/>
        <w:rPr>
          <w:rFonts w:ascii="Century Gothic" w:hAnsi="Century Gothic"/>
          <w:color w:val="E36C0A" w:themeColor="accent6" w:themeShade="BF"/>
        </w:rPr>
      </w:pPr>
      <w:r w:rsidRPr="008F5490">
        <w:rPr>
          <w:rFonts w:ascii="Century Gothic" w:hAnsi="Century Gothic"/>
          <w:color w:val="E36C0A" w:themeColor="accent6" w:themeShade="BF"/>
        </w:rPr>
        <w:t>4. Community Cat / TNR Information (complete only if applicable)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96"/>
        <w:gridCol w:w="6984"/>
      </w:tblGrid>
      <w:tr w:rsidR="00723D29" w14:paraId="3015CA27" w14:textId="77777777">
        <w:trPr>
          <w:jc w:val="center"/>
        </w:trPr>
        <w:tc>
          <w:tcPr>
            <w:tcW w:w="3096" w:type="dxa"/>
            <w:vAlign w:val="center"/>
          </w:tcPr>
          <w:p w14:paraId="0B7BB6BC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General Cat Location</w:t>
            </w:r>
          </w:p>
        </w:tc>
        <w:tc>
          <w:tcPr>
            <w:tcW w:w="6984" w:type="dxa"/>
          </w:tcPr>
          <w:p w14:paraId="241E0E42" w14:textId="564E36E1" w:rsidR="00723D29" w:rsidRDefault="00723D29">
            <w:pPr>
              <w:rPr>
                <w:rFonts w:hint="eastAsia"/>
              </w:rPr>
            </w:pPr>
          </w:p>
        </w:tc>
      </w:tr>
      <w:tr w:rsidR="00723D29" w14:paraId="0BE43C87" w14:textId="77777777">
        <w:trPr>
          <w:jc w:val="center"/>
        </w:trPr>
        <w:tc>
          <w:tcPr>
            <w:tcW w:w="3096" w:type="dxa"/>
            <w:vAlign w:val="center"/>
          </w:tcPr>
          <w:p w14:paraId="4EF8FB48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City TNR Participant</w:t>
            </w:r>
          </w:p>
        </w:tc>
        <w:tc>
          <w:tcPr>
            <w:tcW w:w="6984" w:type="dxa"/>
          </w:tcPr>
          <w:p w14:paraId="40CCCD14" w14:textId="77777777" w:rsidR="00723D29" w:rsidRDefault="00815FB0">
            <w:pPr>
              <w:rPr>
                <w:rFonts w:hint="eastAsia"/>
              </w:rPr>
            </w:pPr>
            <w:r>
              <w:t>☐</w:t>
            </w:r>
            <w:r>
              <w:t xml:space="preserve"> Yes   ☐ No / Not applicable</w:t>
            </w:r>
          </w:p>
        </w:tc>
      </w:tr>
      <w:tr w:rsidR="00723D29" w14:paraId="2C2EB3BB" w14:textId="77777777">
        <w:trPr>
          <w:jc w:val="center"/>
        </w:trPr>
        <w:tc>
          <w:tcPr>
            <w:tcW w:w="3096" w:type="dxa"/>
            <w:vAlign w:val="center"/>
          </w:tcPr>
          <w:p w14:paraId="4DF2CCBA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City Trap Number</w:t>
            </w:r>
          </w:p>
        </w:tc>
        <w:tc>
          <w:tcPr>
            <w:tcW w:w="6984" w:type="dxa"/>
          </w:tcPr>
          <w:p w14:paraId="76A4D28F" w14:textId="3421EADF" w:rsidR="00723D29" w:rsidRDefault="00723D29">
            <w:pPr>
              <w:rPr>
                <w:rFonts w:hint="eastAsia"/>
              </w:rPr>
            </w:pPr>
          </w:p>
        </w:tc>
      </w:tr>
      <w:tr w:rsidR="00723D29" w14:paraId="0C83D067" w14:textId="77777777">
        <w:trPr>
          <w:jc w:val="center"/>
        </w:trPr>
        <w:tc>
          <w:tcPr>
            <w:tcW w:w="3096" w:type="dxa"/>
            <w:vAlign w:val="center"/>
          </w:tcPr>
          <w:p w14:paraId="16B1E979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Ear Tip Completed</w:t>
            </w:r>
          </w:p>
        </w:tc>
        <w:tc>
          <w:tcPr>
            <w:tcW w:w="6984" w:type="dxa"/>
          </w:tcPr>
          <w:p w14:paraId="425686F2" w14:textId="77777777" w:rsidR="00723D29" w:rsidRDefault="00815FB0">
            <w:pPr>
              <w:rPr>
                <w:rFonts w:hint="eastAsia"/>
              </w:rPr>
            </w:pPr>
            <w:r>
              <w:t>☐</w:t>
            </w:r>
            <w:r>
              <w:t xml:space="preserve"> Yes   ☐ No   ☐ Not documented</w:t>
            </w:r>
          </w:p>
        </w:tc>
      </w:tr>
      <w:tr w:rsidR="00723D29" w14:paraId="547D6AF1" w14:textId="77777777">
        <w:trPr>
          <w:jc w:val="center"/>
        </w:trPr>
        <w:tc>
          <w:tcPr>
            <w:tcW w:w="3096" w:type="dxa"/>
            <w:vAlign w:val="center"/>
          </w:tcPr>
          <w:p w14:paraId="37DEB4C5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Returned to General Area</w:t>
            </w:r>
          </w:p>
        </w:tc>
        <w:tc>
          <w:tcPr>
            <w:tcW w:w="6984" w:type="dxa"/>
          </w:tcPr>
          <w:p w14:paraId="75C9A9A1" w14:textId="77777777" w:rsidR="00723D29" w:rsidRDefault="00815FB0">
            <w:pPr>
              <w:rPr>
                <w:rFonts w:hint="eastAsia"/>
              </w:rPr>
            </w:pPr>
            <w:r>
              <w:t>☐</w:t>
            </w:r>
            <w:r>
              <w:t xml:space="preserve"> Yes   ☐ No   ☐ Other: ______________________________</w:t>
            </w:r>
          </w:p>
        </w:tc>
      </w:tr>
    </w:tbl>
    <w:p w14:paraId="666E76C3" w14:textId="77777777" w:rsidR="008F5490" w:rsidRDefault="008F5490">
      <w:pPr>
        <w:pStyle w:val="Heading1"/>
        <w:rPr>
          <w:rFonts w:ascii="Century Gothic" w:hAnsi="Century Gothic"/>
          <w:color w:val="E36C0A" w:themeColor="accent6" w:themeShade="BF"/>
        </w:rPr>
      </w:pPr>
    </w:p>
    <w:p w14:paraId="25C50D97" w14:textId="77777777" w:rsidR="008F5490" w:rsidRDefault="008F5490">
      <w:pPr>
        <w:pStyle w:val="Heading1"/>
        <w:rPr>
          <w:rFonts w:ascii="Century Gothic" w:hAnsi="Century Gothic"/>
          <w:color w:val="E36C0A" w:themeColor="accent6" w:themeShade="BF"/>
        </w:rPr>
      </w:pPr>
    </w:p>
    <w:p w14:paraId="6A7C774A" w14:textId="55B1EC5A" w:rsidR="00723D29" w:rsidRPr="008F5490" w:rsidRDefault="00815FB0">
      <w:pPr>
        <w:pStyle w:val="Heading1"/>
        <w:rPr>
          <w:rFonts w:ascii="Century Gothic" w:hAnsi="Century Gothic"/>
          <w:color w:val="E36C0A" w:themeColor="accent6" w:themeShade="BF"/>
        </w:rPr>
      </w:pPr>
      <w:r w:rsidRPr="008F5490">
        <w:rPr>
          <w:rFonts w:ascii="Century Gothic" w:hAnsi="Century Gothic"/>
          <w:color w:val="E36C0A" w:themeColor="accent6" w:themeShade="BF"/>
        </w:rPr>
        <w:t>5. Required Documentation</w:t>
      </w:r>
    </w:p>
    <w:p w14:paraId="43F9469F" w14:textId="77777777" w:rsidR="00723D29" w:rsidRDefault="00815FB0">
      <w:pPr>
        <w:rPr>
          <w:rFonts w:hint="eastAsia"/>
        </w:rPr>
      </w:pPr>
      <w:r>
        <w:t>☐</w:t>
      </w:r>
      <w:r>
        <w:t xml:space="preserve"> Itemized veterinary receipt or other provider documentation showing the completed spay/neuter procedure.</w:t>
      </w:r>
    </w:p>
    <w:p w14:paraId="4D171B73" w14:textId="77777777" w:rsidR="00723D29" w:rsidRDefault="00815FB0">
      <w:pPr>
        <w:rPr>
          <w:rFonts w:hint="eastAsia"/>
        </w:rPr>
      </w:pPr>
      <w:r>
        <w:t>☐</w:t>
      </w:r>
      <w:r>
        <w:t xml:space="preserve"> Proof of payment or documentation showing the amount paid, when not clear on the veterinary receipt.</w:t>
      </w:r>
    </w:p>
    <w:p w14:paraId="0A84F4E1" w14:textId="77777777" w:rsidR="00723D29" w:rsidRDefault="00815FB0">
      <w:pPr>
        <w:rPr>
          <w:rFonts w:hint="eastAsia"/>
        </w:rPr>
      </w:pPr>
      <w:r>
        <w:t>☐</w:t>
      </w:r>
      <w:r>
        <w:t xml:space="preserve"> </w:t>
      </w:r>
      <w:r>
        <w:t>Any additional documentation reasonably requested by City Hall to prevent duplicate or ineligible reimbursement.</w:t>
      </w:r>
    </w:p>
    <w:p w14:paraId="29B31702" w14:textId="77777777" w:rsidR="00723D29" w:rsidRPr="008F5490" w:rsidRDefault="00815FB0">
      <w:pPr>
        <w:pStyle w:val="Heading1"/>
        <w:rPr>
          <w:rFonts w:ascii="Century Gothic" w:hAnsi="Century Gothic"/>
          <w:color w:val="E36C0A" w:themeColor="accent6" w:themeShade="BF"/>
        </w:rPr>
      </w:pPr>
      <w:r w:rsidRPr="008F5490">
        <w:rPr>
          <w:rFonts w:ascii="Century Gothic" w:hAnsi="Century Gothic"/>
          <w:color w:val="E36C0A" w:themeColor="accent6" w:themeShade="BF"/>
        </w:rPr>
        <w:t>6. Applicant Certification</w:t>
      </w:r>
    </w:p>
    <w:p w14:paraId="56867534" w14:textId="77777777" w:rsidR="00723D29" w:rsidRDefault="00815FB0">
      <w:pPr>
        <w:rPr>
          <w:rFonts w:hint="eastAsia"/>
        </w:rPr>
      </w:pPr>
      <w:r>
        <w:t>I certify that the information submitted with this application is true and accurate to the best of my knowledge. I understand that reimbursement is limited to the amount approved by the City, up to $50 per eligible cat, and is subject to available program funds. I certify that I have not previously received a City reimbursement for this same cat and procedure. For a community cat, I understand that participation in this reimbursement or TNR process does not, by itself, establish ownership of the cat.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96"/>
        <w:gridCol w:w="6984"/>
      </w:tblGrid>
      <w:tr w:rsidR="00723D29" w14:paraId="125A59FB" w14:textId="77777777">
        <w:trPr>
          <w:jc w:val="center"/>
        </w:trPr>
        <w:tc>
          <w:tcPr>
            <w:tcW w:w="3096" w:type="dxa"/>
            <w:vAlign w:val="center"/>
          </w:tcPr>
          <w:p w14:paraId="7F4B1EAF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Applicant Signature</w:t>
            </w:r>
          </w:p>
        </w:tc>
        <w:tc>
          <w:tcPr>
            <w:tcW w:w="6984" w:type="dxa"/>
          </w:tcPr>
          <w:p w14:paraId="7FE514C2" w14:textId="08EA3758" w:rsidR="00723D29" w:rsidRDefault="008F5490">
            <w:pPr>
              <w:rPr>
                <w:rFonts w:hint="eastAsia"/>
              </w:rPr>
            </w:pPr>
            <w:r>
              <w:t xml:space="preserve">                                                                                                      </w:t>
            </w:r>
            <w:r w:rsidR="00815FB0">
              <w:t xml:space="preserve">  Date: </w:t>
            </w:r>
          </w:p>
        </w:tc>
      </w:tr>
    </w:tbl>
    <w:p w14:paraId="2F3A9D45" w14:textId="77777777" w:rsidR="00723D29" w:rsidRPr="008F5490" w:rsidRDefault="00815FB0">
      <w:pPr>
        <w:pStyle w:val="Heading1"/>
        <w:rPr>
          <w:rFonts w:ascii="Century Gothic" w:hAnsi="Century Gothic"/>
          <w:color w:val="E36C0A" w:themeColor="accent6" w:themeShade="BF"/>
        </w:rPr>
      </w:pPr>
      <w:r w:rsidRPr="008F5490">
        <w:rPr>
          <w:rFonts w:ascii="Century Gothic" w:hAnsi="Century Gothic"/>
          <w:color w:val="E36C0A" w:themeColor="accent6" w:themeShade="BF"/>
        </w:rPr>
        <w:t>7. City Hall Use Only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96"/>
        <w:gridCol w:w="6984"/>
      </w:tblGrid>
      <w:tr w:rsidR="00723D29" w14:paraId="18A66945" w14:textId="77777777">
        <w:trPr>
          <w:jc w:val="center"/>
        </w:trPr>
        <w:tc>
          <w:tcPr>
            <w:tcW w:w="3096" w:type="dxa"/>
            <w:vAlign w:val="center"/>
          </w:tcPr>
          <w:p w14:paraId="76B0248C" w14:textId="27B5B4A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Ap</w:t>
            </w:r>
            <w:r w:rsidR="008F5490">
              <w:rPr>
                <w:b/>
              </w:rPr>
              <w:t>plicant Printed Name</w:t>
            </w:r>
          </w:p>
        </w:tc>
        <w:tc>
          <w:tcPr>
            <w:tcW w:w="6984" w:type="dxa"/>
          </w:tcPr>
          <w:p w14:paraId="5E770FCF" w14:textId="24B8A139" w:rsidR="00723D29" w:rsidRDefault="00723D29">
            <w:pPr>
              <w:rPr>
                <w:rFonts w:hint="eastAsia"/>
              </w:rPr>
            </w:pPr>
          </w:p>
        </w:tc>
      </w:tr>
      <w:tr w:rsidR="00723D29" w14:paraId="562BC4A7" w14:textId="77777777">
        <w:trPr>
          <w:jc w:val="center"/>
        </w:trPr>
        <w:tc>
          <w:tcPr>
            <w:tcW w:w="3096" w:type="dxa"/>
            <w:vAlign w:val="center"/>
          </w:tcPr>
          <w:p w14:paraId="43213337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Date Received</w:t>
            </w:r>
          </w:p>
        </w:tc>
        <w:tc>
          <w:tcPr>
            <w:tcW w:w="6984" w:type="dxa"/>
          </w:tcPr>
          <w:p w14:paraId="6BB692D4" w14:textId="4BAB51C7" w:rsidR="00723D29" w:rsidRDefault="00723D29">
            <w:pPr>
              <w:rPr>
                <w:rFonts w:hint="eastAsia"/>
              </w:rPr>
            </w:pPr>
          </w:p>
        </w:tc>
      </w:tr>
      <w:tr w:rsidR="00723D29" w14:paraId="3598AEE3" w14:textId="77777777">
        <w:trPr>
          <w:jc w:val="center"/>
        </w:trPr>
        <w:tc>
          <w:tcPr>
            <w:tcW w:w="3096" w:type="dxa"/>
            <w:vAlign w:val="center"/>
          </w:tcPr>
          <w:p w14:paraId="68241B66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Residency / Eligibility Checked</w:t>
            </w:r>
          </w:p>
        </w:tc>
        <w:tc>
          <w:tcPr>
            <w:tcW w:w="6984" w:type="dxa"/>
          </w:tcPr>
          <w:p w14:paraId="4C3C0500" w14:textId="360B65F5" w:rsidR="00723D29" w:rsidRDefault="00815FB0">
            <w:pPr>
              <w:rPr>
                <w:rFonts w:hint="eastAsia"/>
              </w:rPr>
            </w:pPr>
            <w:r>
              <w:t>☐</w:t>
            </w:r>
            <w:r>
              <w:t xml:space="preserve"> Yes   ☐ No   Initials: </w:t>
            </w:r>
          </w:p>
        </w:tc>
      </w:tr>
      <w:tr w:rsidR="00723D29" w14:paraId="3CEE74C0" w14:textId="77777777">
        <w:trPr>
          <w:jc w:val="center"/>
        </w:trPr>
        <w:tc>
          <w:tcPr>
            <w:tcW w:w="3096" w:type="dxa"/>
            <w:vAlign w:val="center"/>
          </w:tcPr>
          <w:p w14:paraId="3D7A04CB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Procedure Documentation</w:t>
            </w:r>
          </w:p>
        </w:tc>
        <w:tc>
          <w:tcPr>
            <w:tcW w:w="6984" w:type="dxa"/>
          </w:tcPr>
          <w:p w14:paraId="0D16C0C8" w14:textId="77777777" w:rsidR="00723D29" w:rsidRDefault="00815FB0">
            <w:pPr>
              <w:rPr>
                <w:rFonts w:hint="eastAsia"/>
              </w:rPr>
            </w:pPr>
            <w:r>
              <w:t>☐</w:t>
            </w:r>
            <w:r>
              <w:t xml:space="preserve"> Verified   ☐ Incomplete</w:t>
            </w:r>
          </w:p>
        </w:tc>
      </w:tr>
      <w:tr w:rsidR="00723D29" w14:paraId="66F94911" w14:textId="77777777">
        <w:trPr>
          <w:jc w:val="center"/>
        </w:trPr>
        <w:tc>
          <w:tcPr>
            <w:tcW w:w="3096" w:type="dxa"/>
            <w:vAlign w:val="center"/>
          </w:tcPr>
          <w:p w14:paraId="0BFD03E5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Cat Type Logged</w:t>
            </w:r>
          </w:p>
        </w:tc>
        <w:tc>
          <w:tcPr>
            <w:tcW w:w="6984" w:type="dxa"/>
          </w:tcPr>
          <w:p w14:paraId="048B16E0" w14:textId="77777777" w:rsidR="00723D29" w:rsidRDefault="00815FB0">
            <w:pPr>
              <w:rPr>
                <w:rFonts w:hint="eastAsia"/>
              </w:rPr>
            </w:pPr>
            <w:r>
              <w:t>☐</w:t>
            </w:r>
            <w:r>
              <w:t xml:space="preserve"> Owned Cat   ☐ Community Cat / TNR</w:t>
            </w:r>
          </w:p>
        </w:tc>
      </w:tr>
      <w:tr w:rsidR="00723D29" w14:paraId="78B1DAAF" w14:textId="77777777">
        <w:trPr>
          <w:jc w:val="center"/>
        </w:trPr>
        <w:tc>
          <w:tcPr>
            <w:tcW w:w="3096" w:type="dxa"/>
            <w:vAlign w:val="center"/>
          </w:tcPr>
          <w:p w14:paraId="04750C23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Approved Amount</w:t>
            </w:r>
          </w:p>
        </w:tc>
        <w:tc>
          <w:tcPr>
            <w:tcW w:w="6984" w:type="dxa"/>
          </w:tcPr>
          <w:p w14:paraId="195F50F7" w14:textId="12753F30" w:rsidR="00723D29" w:rsidRDefault="00815FB0">
            <w:pPr>
              <w:rPr>
                <w:rFonts w:hint="eastAsia"/>
              </w:rPr>
            </w:pPr>
            <w:r>
              <w:t>$</w:t>
            </w:r>
          </w:p>
        </w:tc>
      </w:tr>
      <w:tr w:rsidR="00723D29" w14:paraId="1B7DBC19" w14:textId="77777777">
        <w:trPr>
          <w:jc w:val="center"/>
        </w:trPr>
        <w:tc>
          <w:tcPr>
            <w:tcW w:w="3096" w:type="dxa"/>
            <w:vAlign w:val="center"/>
          </w:tcPr>
          <w:p w14:paraId="5A1F6C4D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Decision</w:t>
            </w:r>
          </w:p>
        </w:tc>
        <w:tc>
          <w:tcPr>
            <w:tcW w:w="6984" w:type="dxa"/>
          </w:tcPr>
          <w:p w14:paraId="028AA237" w14:textId="77777777" w:rsidR="00723D29" w:rsidRDefault="00815FB0">
            <w:pPr>
              <w:rPr>
                <w:rFonts w:hint="eastAsia"/>
              </w:rPr>
            </w:pPr>
            <w:r>
              <w:t>☐</w:t>
            </w:r>
            <w:r>
              <w:t xml:space="preserve"> Approved   ☐ Denied   ☐ Pending More Information</w:t>
            </w:r>
          </w:p>
        </w:tc>
      </w:tr>
      <w:tr w:rsidR="00723D29" w14:paraId="335ADB9E" w14:textId="77777777">
        <w:trPr>
          <w:jc w:val="center"/>
        </w:trPr>
        <w:tc>
          <w:tcPr>
            <w:tcW w:w="3096" w:type="dxa"/>
            <w:vAlign w:val="center"/>
          </w:tcPr>
          <w:p w14:paraId="41A5D3B1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If Denied / Pending, Reason</w:t>
            </w:r>
          </w:p>
        </w:tc>
        <w:tc>
          <w:tcPr>
            <w:tcW w:w="6984" w:type="dxa"/>
          </w:tcPr>
          <w:p w14:paraId="11B6F828" w14:textId="77777777" w:rsidR="00723D29" w:rsidRDefault="00815FB0">
            <w:pPr>
              <w:rPr>
                <w:rFonts w:hint="eastAsia"/>
              </w:rPr>
            </w:pPr>
            <w:r>
              <w:t>____________________________________________________________</w:t>
            </w:r>
            <w:r>
              <w:br/>
              <w:t>____________________________________________________________</w:t>
            </w:r>
          </w:p>
        </w:tc>
      </w:tr>
      <w:tr w:rsidR="00723D29" w14:paraId="63785D4A" w14:textId="77777777">
        <w:trPr>
          <w:jc w:val="center"/>
        </w:trPr>
        <w:tc>
          <w:tcPr>
            <w:tcW w:w="3096" w:type="dxa"/>
            <w:vAlign w:val="center"/>
          </w:tcPr>
          <w:p w14:paraId="3FA80202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Approved By</w:t>
            </w:r>
          </w:p>
        </w:tc>
        <w:tc>
          <w:tcPr>
            <w:tcW w:w="6984" w:type="dxa"/>
          </w:tcPr>
          <w:p w14:paraId="2B61D6C0" w14:textId="42B3CB6F" w:rsidR="00723D29" w:rsidRDefault="00815FB0">
            <w:pPr>
              <w:rPr>
                <w:rFonts w:hint="eastAsia"/>
              </w:rPr>
            </w:pPr>
            <w:r>
              <w:t xml:space="preserve">  </w:t>
            </w:r>
            <w:r w:rsidR="008F5490">
              <w:t xml:space="preserve">                                                                                  </w:t>
            </w:r>
            <w:r>
              <w:t>Date:</w:t>
            </w:r>
          </w:p>
        </w:tc>
      </w:tr>
      <w:tr w:rsidR="00723D29" w14:paraId="7AE8C6BC" w14:textId="77777777">
        <w:trPr>
          <w:jc w:val="center"/>
        </w:trPr>
        <w:tc>
          <w:tcPr>
            <w:tcW w:w="3096" w:type="dxa"/>
            <w:vAlign w:val="center"/>
          </w:tcPr>
          <w:p w14:paraId="1B9FBC0C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Payment Method / Ref. No.</w:t>
            </w:r>
          </w:p>
        </w:tc>
        <w:tc>
          <w:tcPr>
            <w:tcW w:w="6984" w:type="dxa"/>
          </w:tcPr>
          <w:p w14:paraId="59FDDBDE" w14:textId="78B0FCC6" w:rsidR="00723D29" w:rsidRDefault="00723D29">
            <w:pPr>
              <w:rPr>
                <w:rFonts w:hint="eastAsia"/>
              </w:rPr>
            </w:pPr>
          </w:p>
        </w:tc>
      </w:tr>
      <w:tr w:rsidR="00723D29" w14:paraId="35C1BB3F" w14:textId="77777777">
        <w:trPr>
          <w:jc w:val="center"/>
        </w:trPr>
        <w:tc>
          <w:tcPr>
            <w:tcW w:w="3096" w:type="dxa"/>
            <w:vAlign w:val="center"/>
          </w:tcPr>
          <w:p w14:paraId="4F1D1A80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Payment Issued Date</w:t>
            </w:r>
          </w:p>
        </w:tc>
        <w:tc>
          <w:tcPr>
            <w:tcW w:w="6984" w:type="dxa"/>
          </w:tcPr>
          <w:p w14:paraId="2A8E7240" w14:textId="00C4A96A" w:rsidR="00723D29" w:rsidRDefault="00723D29">
            <w:pPr>
              <w:rPr>
                <w:rFonts w:hint="eastAsia"/>
              </w:rPr>
            </w:pPr>
          </w:p>
        </w:tc>
      </w:tr>
      <w:tr w:rsidR="00723D29" w14:paraId="046454E1" w14:textId="77777777">
        <w:trPr>
          <w:jc w:val="center"/>
        </w:trPr>
        <w:tc>
          <w:tcPr>
            <w:tcW w:w="3096" w:type="dxa"/>
            <w:vAlign w:val="center"/>
          </w:tcPr>
          <w:p w14:paraId="643929FD" w14:textId="77777777" w:rsidR="00723D29" w:rsidRDefault="00815FB0">
            <w:pPr>
              <w:rPr>
                <w:rFonts w:hint="eastAsia"/>
              </w:rPr>
            </w:pPr>
            <w:r>
              <w:rPr>
                <w:b/>
              </w:rPr>
              <w:t>Fiscal Year / Fund</w:t>
            </w:r>
          </w:p>
        </w:tc>
        <w:tc>
          <w:tcPr>
            <w:tcW w:w="6984" w:type="dxa"/>
          </w:tcPr>
          <w:p w14:paraId="000CC168" w14:textId="119AF922" w:rsidR="00723D29" w:rsidRDefault="00723D29">
            <w:pPr>
              <w:rPr>
                <w:rFonts w:hint="eastAsia"/>
              </w:rPr>
            </w:pPr>
          </w:p>
        </w:tc>
      </w:tr>
    </w:tbl>
    <w:p w14:paraId="0D95A7B8" w14:textId="77777777" w:rsidR="00723D29" w:rsidRPr="008F5490" w:rsidRDefault="00815FB0">
      <w:pPr>
        <w:pStyle w:val="Heading1"/>
        <w:rPr>
          <w:rFonts w:ascii="Century Gothic" w:hAnsi="Century Gothic"/>
          <w:color w:val="E36C0A" w:themeColor="accent6" w:themeShade="BF"/>
        </w:rPr>
      </w:pPr>
      <w:r w:rsidRPr="008F5490">
        <w:rPr>
          <w:rFonts w:ascii="Century Gothic" w:hAnsi="Century Gothic"/>
          <w:color w:val="E36C0A" w:themeColor="accent6" w:themeShade="BF"/>
        </w:rPr>
        <w:t>Program Notice</w:t>
      </w:r>
    </w:p>
    <w:p w14:paraId="414FFC47" w14:textId="47244683" w:rsidR="00723D29" w:rsidRDefault="00815FB0">
      <w:pPr>
        <w:rPr>
          <w:rFonts w:hint="eastAsia"/>
        </w:rPr>
      </w:pPr>
      <w:r>
        <w:t xml:space="preserve">Submission of an application does not guarantee reimbursement. Payments are subject to adopted City program rules, verification of documentation, and availability of appropriated or otherwise lawfully available funds. </w:t>
      </w:r>
    </w:p>
    <w:sectPr w:rsidR="00723D29" w:rsidSect="00034616">
      <w:headerReference w:type="default" r:id="rId8"/>
      <w:footerReference w:type="default" r:id="rId9"/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7C1BE" w14:textId="77777777" w:rsidR="00815FB0" w:rsidRDefault="00815FB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372A673" w14:textId="77777777" w:rsidR="00815FB0" w:rsidRDefault="00815FB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F3057" w14:textId="77777777" w:rsidR="00723D29" w:rsidRDefault="00815FB0">
    <w:pPr>
      <w:pStyle w:val="Footer"/>
      <w:jc w:val="center"/>
      <w:rPr>
        <w:rFonts w:hint="eastAsia"/>
      </w:rPr>
    </w:pPr>
    <w:r>
      <w:rPr>
        <w:sz w:val="16"/>
      </w:rPr>
      <w:t>Cat Spay/Neuter Reimbursement Program • City Hall Administrative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08629" w14:textId="77777777" w:rsidR="00815FB0" w:rsidRDefault="00815FB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A13600C" w14:textId="77777777" w:rsidR="00815FB0" w:rsidRDefault="00815FB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C7B2B" w14:textId="77777777" w:rsidR="00723D29" w:rsidRDefault="00815FB0">
    <w:pPr>
      <w:pStyle w:val="Header"/>
      <w:jc w:val="center"/>
      <w:rPr>
        <w:rFonts w:hint="eastAsia"/>
      </w:rPr>
    </w:pPr>
    <w:r>
      <w:rPr>
        <w:b/>
        <w:sz w:val="18"/>
      </w:rPr>
      <w:t>CITY OF OTTERVILLE, MISSOURI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4577996">
    <w:abstractNumId w:val="8"/>
  </w:num>
  <w:num w:numId="2" w16cid:durableId="1666857796">
    <w:abstractNumId w:val="6"/>
  </w:num>
  <w:num w:numId="3" w16cid:durableId="585765193">
    <w:abstractNumId w:val="5"/>
  </w:num>
  <w:num w:numId="4" w16cid:durableId="95027492">
    <w:abstractNumId w:val="4"/>
  </w:num>
  <w:num w:numId="5" w16cid:durableId="1158036979">
    <w:abstractNumId w:val="7"/>
  </w:num>
  <w:num w:numId="6" w16cid:durableId="983583312">
    <w:abstractNumId w:val="3"/>
  </w:num>
  <w:num w:numId="7" w16cid:durableId="711198927">
    <w:abstractNumId w:val="2"/>
  </w:num>
  <w:num w:numId="8" w16cid:durableId="902642180">
    <w:abstractNumId w:val="1"/>
  </w:num>
  <w:num w:numId="9" w16cid:durableId="712968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23D29"/>
    <w:rsid w:val="00737F25"/>
    <w:rsid w:val="00815FB0"/>
    <w:rsid w:val="008F54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2D58E0"/>
  <w14:defaultImageDpi w14:val="300"/>
  <w15:docId w15:val="{D1C5364F-EFCF-4D2E-9F02-4AD742047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City Mayor</cp:lastModifiedBy>
  <cp:revision>2</cp:revision>
  <dcterms:created xsi:type="dcterms:W3CDTF">2026-09-17T17:17:00Z</dcterms:created>
  <dcterms:modified xsi:type="dcterms:W3CDTF">2026-09-17T17:17:00Z</dcterms:modified>
  <cp:category/>
</cp:coreProperties>
</file>